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30CB6DF5" wp14:textId="5A32F41B">
      <w:pPr>
        <w:pStyle w:val="Title"/>
        <w:jc w:val="center"/>
      </w:pPr>
      <w:r w:rsidR="4D4D5129">
        <w:rPr/>
        <w:t>Year 6 Timetable</w:t>
      </w:r>
    </w:p>
    <w:tbl>
      <w:tblPr>
        <w:tblStyle w:val="TableGrid"/>
        <w:tblW w:w="8635" w:type="dxa"/>
        <w:tblLook w:val="04A0" w:firstRow="1" w:lastRow="0" w:firstColumn="1" w:lastColumn="0" w:noHBand="0" w:noVBand="1"/>
      </w:tblPr>
      <w:tblGrid>
        <w:gridCol w:w="1055"/>
        <w:gridCol w:w="945"/>
        <w:gridCol w:w="355"/>
        <w:gridCol w:w="880"/>
        <w:gridCol w:w="1125"/>
        <w:gridCol w:w="350"/>
        <w:gridCol w:w="1215"/>
        <w:gridCol w:w="355"/>
        <w:gridCol w:w="347"/>
        <w:gridCol w:w="1080"/>
        <w:gridCol w:w="928"/>
      </w:tblGrid>
      <w:tr w:rsidR="4D4D5129" w:rsidTr="4D4D5129" w14:paraId="55805ECD">
        <w:trPr>
          <w:trHeight w:val="1060"/>
        </w:trPr>
        <w:tc>
          <w:tcPr>
            <w:tcW w:w="1055" w:type="dxa"/>
            <w:tcMar/>
          </w:tcPr>
          <w:p w:rsidR="4D4D5129" w:rsidP="4D4D5129" w:rsidRDefault="4D4D5129" w14:paraId="695A6374" w14:textId="759BBFF1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FF0000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color w:val="FF0000"/>
                <w:sz w:val="16"/>
                <w:szCs w:val="16"/>
              </w:rPr>
              <w:t>YEAR 6</w:t>
            </w:r>
          </w:p>
        </w:tc>
        <w:tc>
          <w:tcPr>
            <w:tcW w:w="945" w:type="dxa"/>
            <w:tcMar/>
          </w:tcPr>
          <w:p w:rsidR="4D4D5129" w:rsidP="4D4D5129" w:rsidRDefault="4D4D5129" w14:paraId="4DDE8CBF" w14:textId="72E45576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08:45 9:00</w:t>
            </w:r>
          </w:p>
        </w:tc>
        <w:tc>
          <w:tcPr>
            <w:tcW w:w="355" w:type="dxa"/>
            <w:tcMar/>
          </w:tcPr>
          <w:p w:rsidR="4D4D5129" w:rsidP="4D4D5129" w:rsidRDefault="4D4D5129" w14:paraId="7ECF80F3" w14:textId="62DACE3B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2"/>
                <w:szCs w:val="12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2"/>
                <w:szCs w:val="12"/>
              </w:rPr>
              <w:t>9.00</w:t>
            </w:r>
          </w:p>
          <w:p w:rsidR="4D4D5129" w:rsidP="4D4D5129" w:rsidRDefault="4D4D5129" w14:paraId="28D67744" w14:textId="5B8DC00D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</w:p>
        </w:tc>
        <w:tc>
          <w:tcPr>
            <w:tcW w:w="880" w:type="dxa"/>
            <w:tcMar/>
          </w:tcPr>
          <w:p w:rsidR="4D4D5129" w:rsidP="4D4D5129" w:rsidRDefault="4D4D5129" w14:paraId="39535834" w14:textId="66DB597B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>09:10-9:40</w:t>
            </w:r>
          </w:p>
          <w:p w:rsidR="4D4D5129" w:rsidP="4D4D5129" w:rsidRDefault="4D4D5129" w14:paraId="2A531CDC" w14:textId="180E3719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125" w:type="dxa"/>
            <w:tcMar/>
          </w:tcPr>
          <w:p w:rsidR="4D4D5129" w:rsidP="4D4D5129" w:rsidRDefault="4D4D5129" w14:paraId="4EB93BBF" w14:textId="19928475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>9.40 – 10.40</w:t>
            </w:r>
          </w:p>
        </w:tc>
        <w:tc>
          <w:tcPr>
            <w:tcW w:w="350" w:type="dxa"/>
            <w:tcMar/>
          </w:tcPr>
          <w:p w:rsidR="4D4D5129" w:rsidP="4D4D5129" w:rsidRDefault="4D4D5129" w14:paraId="0D6272D3" w14:textId="2F5EDFF8">
            <w:pPr>
              <w:spacing w:before="0" w:beforeAutospacing="off" w:after="0" w:afterAutospacing="off" w:line="257" w:lineRule="auto"/>
              <w:ind w:left="113" w:right="113"/>
              <w:jc w:val="center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215" w:type="dxa"/>
            <w:tcMar/>
          </w:tcPr>
          <w:p w:rsidR="4D4D5129" w:rsidP="4D4D5129" w:rsidRDefault="4D4D5129" w14:paraId="1FCD77E5" w14:textId="6E2E943D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>10:55-12:00</w:t>
            </w:r>
          </w:p>
        </w:tc>
        <w:tc>
          <w:tcPr>
            <w:tcW w:w="355" w:type="dxa"/>
            <w:tcMar/>
          </w:tcPr>
          <w:p w:rsidR="4D4D5129" w:rsidP="4D4D5129" w:rsidRDefault="4D4D5129" w14:paraId="47F2AECA" w14:textId="132340CD">
            <w:pPr>
              <w:spacing w:before="0" w:beforeAutospacing="off" w:after="0" w:afterAutospacing="off" w:line="257" w:lineRule="auto"/>
              <w:ind w:left="113" w:right="113"/>
              <w:jc w:val="center"/>
              <w:rPr>
                <w:rFonts w:ascii="Calibri" w:hAnsi="Calibri" w:eastAsia="Calibri" w:cs="Calibri"/>
                <w:b w:val="1"/>
                <w:bCs w:val="1"/>
                <w:sz w:val="12"/>
                <w:szCs w:val="12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sz w:val="12"/>
                <w:szCs w:val="12"/>
              </w:rPr>
              <w:t>12.00-12.30</w:t>
            </w:r>
          </w:p>
        </w:tc>
        <w:tc>
          <w:tcPr>
            <w:tcW w:w="347" w:type="dxa"/>
            <w:tcMar/>
          </w:tcPr>
          <w:p w:rsidR="4D4D5129" w:rsidP="4D4D5129" w:rsidRDefault="4D4D5129" w14:paraId="6B507889" w14:textId="25AB61A0">
            <w:pPr>
              <w:spacing w:before="0" w:beforeAutospacing="off" w:after="0" w:afterAutospacing="off" w:line="257" w:lineRule="auto"/>
              <w:ind w:left="113" w:right="113"/>
              <w:jc w:val="center"/>
              <w:rPr>
                <w:rFonts w:ascii="Calibri" w:hAnsi="Calibri" w:eastAsia="Calibri" w:cs="Calibri"/>
                <w:b w:val="1"/>
                <w:bCs w:val="1"/>
                <w:sz w:val="12"/>
                <w:szCs w:val="12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sz w:val="12"/>
                <w:szCs w:val="12"/>
              </w:rPr>
              <w:t>12.30-13.15</w:t>
            </w:r>
          </w:p>
        </w:tc>
        <w:tc>
          <w:tcPr>
            <w:tcW w:w="1080" w:type="dxa"/>
            <w:tcMar/>
          </w:tcPr>
          <w:p w:rsidR="4D4D5129" w:rsidP="4D4D5129" w:rsidRDefault="4D4D5129" w14:paraId="2C820481" w14:textId="3D950973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>13:15-14.30</w:t>
            </w:r>
          </w:p>
        </w:tc>
        <w:tc>
          <w:tcPr>
            <w:tcW w:w="928" w:type="dxa"/>
            <w:tcMar/>
          </w:tcPr>
          <w:p w:rsidR="4D4D5129" w:rsidP="4D4D5129" w:rsidRDefault="4D4D5129" w14:paraId="38A0C446" w14:textId="01688AAB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4D4D5129" w:rsidR="4D4D51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16"/>
                <w:szCs w:val="16"/>
              </w:rPr>
              <w:t>14:30-15:15</w:t>
            </w:r>
          </w:p>
        </w:tc>
      </w:tr>
      <w:tr xmlns:wp14="http://schemas.microsoft.com/office/word/2010/wordml" w:rsidTr="4D4D5129" w14:paraId="1B0DEBC4" wp14:textId="77777777">
        <w:trPr>
          <w:trHeight w:val="1060"/>
        </w:trPr>
        <w:tc>
          <w:tcPr>
            <w:tcW w:w="1055" w:type="dxa"/>
            <w:tcMar/>
          </w:tcPr>
          <w:p w:rsidP="4D4D5129" w14:paraId="1B87BD0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Day</w:t>
            </w:r>
          </w:p>
        </w:tc>
        <w:tc>
          <w:tcPr>
            <w:tcW w:w="945" w:type="dxa"/>
            <w:tcMar/>
          </w:tcPr>
          <w:p w:rsidP="4D4D5129" w14:paraId="649841BE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1</w:t>
            </w:r>
          </w:p>
        </w:tc>
        <w:tc>
          <w:tcPr>
            <w:tcW w:w="355" w:type="dxa"/>
            <w:tcMar/>
          </w:tcPr>
          <w:p w:rsidP="4D4D5129" w14:paraId="4B9E38A3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6"/>
                <w:szCs w:val="16"/>
              </w:rPr>
              <w:t>Reg</w:t>
            </w:r>
          </w:p>
        </w:tc>
        <w:tc>
          <w:tcPr>
            <w:tcW w:w="880" w:type="dxa"/>
            <w:tcMar/>
          </w:tcPr>
          <w:p w:rsidP="4D4D5129" w14:paraId="18F999B5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2</w:t>
            </w:r>
          </w:p>
        </w:tc>
        <w:tc>
          <w:tcPr>
            <w:tcW w:w="1125" w:type="dxa"/>
            <w:tcMar/>
          </w:tcPr>
          <w:p w:rsidP="4D4D5129" w14:paraId="5FCD5EC4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3</w:t>
            </w:r>
          </w:p>
        </w:tc>
        <w:tc>
          <w:tcPr>
            <w:tcW w:w="350" w:type="dxa"/>
            <w:tcMar/>
          </w:tcPr>
          <w:p w:rsidP="4D4D5129" w14:paraId="0CA2AFA9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Break</w:t>
            </w:r>
          </w:p>
        </w:tc>
        <w:tc>
          <w:tcPr>
            <w:tcW w:w="1215" w:type="dxa"/>
            <w:tcMar/>
          </w:tcPr>
          <w:p w:rsidP="4D4D5129" w14:paraId="78941E47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5</w:t>
            </w:r>
          </w:p>
        </w:tc>
        <w:tc>
          <w:tcPr>
            <w:tcW w:w="355" w:type="dxa"/>
            <w:tcMar/>
          </w:tcPr>
          <w:p w:rsidP="4D4D5129" w14:paraId="29B4EA11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6</w:t>
            </w:r>
          </w:p>
        </w:tc>
        <w:tc>
          <w:tcPr>
            <w:tcW w:w="347" w:type="dxa"/>
            <w:tcMar/>
          </w:tcPr>
          <w:p w:rsidP="4D4D5129" w14:paraId="637161B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Lunch</w:t>
            </w:r>
          </w:p>
        </w:tc>
        <w:tc>
          <w:tcPr>
            <w:tcW w:w="1080" w:type="dxa"/>
            <w:tcMar/>
          </w:tcPr>
          <w:p w:rsidP="4D4D5129" w14:paraId="75697EEC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7</w:t>
            </w:r>
          </w:p>
        </w:tc>
        <w:tc>
          <w:tcPr>
            <w:tcW w:w="928" w:type="dxa"/>
            <w:tcMar/>
          </w:tcPr>
          <w:p w:rsidP="4D4D5129" w14:paraId="44B0A208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8</w:t>
            </w:r>
          </w:p>
        </w:tc>
      </w:tr>
      <w:tr xmlns:wp14="http://schemas.microsoft.com/office/word/2010/wordml" w:rsidTr="4D4D5129" w14:paraId="3584D640" wp14:textId="77777777">
        <w:tc>
          <w:tcPr>
            <w:tcW w:w="1055" w:type="dxa"/>
            <w:tcMar/>
          </w:tcPr>
          <w:p w:rsidP="4D4D5129" w14:paraId="2C055FC8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Monday</w:t>
            </w:r>
          </w:p>
        </w:tc>
        <w:tc>
          <w:tcPr>
            <w:tcW w:w="945" w:type="dxa"/>
            <w:tcMar/>
          </w:tcPr>
          <w:p w:rsidP="4D4D5129" w14:paraId="2AE9FFF2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>🔢</w:t>
            </w:r>
            <w:r w:rsidRPr="4D4D5129" w:rsidR="4D4D5129">
              <w:rPr>
                <w:sz w:val="18"/>
                <w:szCs w:val="18"/>
              </w:rPr>
              <w:t xml:space="preserve"> Maths Task</w:t>
            </w:r>
          </w:p>
        </w:tc>
        <w:tc>
          <w:tcPr>
            <w:tcW w:w="355" w:type="dxa"/>
            <w:tcMar/>
          </w:tcPr>
          <w:p w:rsidP="4D4D5129" w14:paraId="06FB88F4" wp14:textId="16AEDEE3">
            <w:pPr>
              <w:rPr>
                <w:sz w:val="16"/>
                <w:szCs w:val="16"/>
              </w:rPr>
            </w:pPr>
            <w:r w:rsidRPr="4D4D5129" w:rsidR="4D4D5129">
              <w:rPr>
                <w:sz w:val="16"/>
                <w:szCs w:val="16"/>
              </w:rPr>
              <w:t>👋 Regist</w:t>
            </w:r>
            <w:r w:rsidRPr="4D4D5129" w:rsidR="6316623E">
              <w:rPr>
                <w:sz w:val="16"/>
                <w:szCs w:val="16"/>
              </w:rPr>
              <w:t>er</w:t>
            </w:r>
          </w:p>
        </w:tc>
        <w:tc>
          <w:tcPr>
            <w:tcW w:w="880" w:type="dxa"/>
            <w:tcMar/>
          </w:tcPr>
          <w:p w:rsidP="4D4D5129" w14:paraId="47AF174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  <w:vertAlign w:val="baseline"/>
              </w:rPr>
              <w:t>📚</w:t>
            </w:r>
            <w:r w:rsidRPr="4D4D5129" w:rsidR="4D4D5129">
              <w:rPr>
                <w:sz w:val="18"/>
                <w:szCs w:val="18"/>
                <w:vertAlign w:val="baseline"/>
              </w:rPr>
              <w:t xml:space="preserve"> </w:t>
            </w:r>
            <w:r w:rsidRPr="4D4D5129" w:rsidR="4D4D5129">
              <w:rPr>
                <w:sz w:val="18"/>
                <w:szCs w:val="18"/>
              </w:rPr>
              <w:t>Literacy Leaf</w:t>
            </w:r>
          </w:p>
        </w:tc>
        <w:tc>
          <w:tcPr>
            <w:tcW w:w="1125" w:type="dxa"/>
            <w:tcMar/>
          </w:tcPr>
          <w:p w:rsidP="4D4D5129" w14:paraId="63EA002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✍️ </w:t>
            </w:r>
            <w:r w:rsidRPr="4D4D5129" w:rsidR="4D4D5129">
              <w:rPr>
                <w:sz w:val="18"/>
                <w:szCs w:val="18"/>
              </w:rPr>
              <w:t>Writing</w:t>
            </w:r>
          </w:p>
        </w:tc>
        <w:tc>
          <w:tcPr>
            <w:tcW w:w="350" w:type="dxa"/>
            <w:tcMar/>
          </w:tcPr>
          <w:p w:rsidP="4D4D5129" w14:paraId="219DF718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☕ Break</w:t>
            </w:r>
          </w:p>
        </w:tc>
        <w:tc>
          <w:tcPr>
            <w:tcW w:w="1215" w:type="dxa"/>
            <w:tcMar/>
          </w:tcPr>
          <w:p w:rsidP="4D4D5129" w14:paraId="7F438C5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🔢 </w:t>
            </w:r>
            <w:r w:rsidRPr="4D4D5129" w:rsidR="4D4D5129">
              <w:rPr>
                <w:sz w:val="18"/>
                <w:szCs w:val="18"/>
              </w:rPr>
              <w:t>Maths</w:t>
            </w:r>
          </w:p>
        </w:tc>
        <w:tc>
          <w:tcPr>
            <w:tcW w:w="355" w:type="dxa"/>
            <w:tcMar/>
          </w:tcPr>
          <w:p w:rsidP="4D4D5129" w14:paraId="4432EF2D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🔤 Spellings</w:t>
            </w:r>
          </w:p>
        </w:tc>
        <w:tc>
          <w:tcPr>
            <w:tcW w:w="347" w:type="dxa"/>
            <w:tcMar/>
          </w:tcPr>
          <w:p w:rsidP="4D4D5129" w14:paraId="501A7821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🏃 PE</w:t>
            </w:r>
          </w:p>
        </w:tc>
        <w:tc>
          <w:tcPr>
            <w:tcW w:w="1080" w:type="dxa"/>
            <w:tcMar/>
          </w:tcPr>
          <w:p w:rsidP="4D4D5129" w14:paraId="3B0ED335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🏛️ </w:t>
            </w:r>
            <w:r w:rsidRPr="4D4D5129" w:rsidR="4D4D5129">
              <w:rPr>
                <w:sz w:val="18"/>
                <w:szCs w:val="18"/>
              </w:rPr>
              <w:t>History</w:t>
            </w:r>
          </w:p>
        </w:tc>
        <w:tc>
          <w:tcPr>
            <w:tcW w:w="928" w:type="dxa"/>
            <w:tcMar/>
          </w:tcPr>
          <w:p w14:paraId="5F3211F0" wp14:textId="1C1D568D">
            <w:r w:rsidRPr="4D4D5129" w:rsidR="4D4D5129">
              <w:rPr>
                <w:sz w:val="36"/>
                <w:szCs w:val="36"/>
              </w:rPr>
              <w:t>🙏</w:t>
            </w:r>
            <w:r w:rsidRPr="4D4D5129" w:rsidR="4D4D5129">
              <w:rPr>
                <w:sz w:val="18"/>
                <w:szCs w:val="18"/>
              </w:rPr>
              <w:t xml:space="preserve"> Celebration</w:t>
            </w:r>
          </w:p>
          <w:p w14:paraId="35BF71F8" wp14:textId="2F987AC4">
            <w:r w:rsidRPr="4D4D5129" w:rsidR="2D71E7F3">
              <w:rPr>
                <w:sz w:val="18"/>
                <w:szCs w:val="18"/>
              </w:rPr>
              <w:t>assembly</w:t>
            </w:r>
          </w:p>
        </w:tc>
      </w:tr>
      <w:tr xmlns:wp14="http://schemas.microsoft.com/office/word/2010/wordml" w:rsidTr="4D4D5129" w14:paraId="6C1FBD33" wp14:textId="77777777">
        <w:tc>
          <w:tcPr>
            <w:tcW w:w="1055" w:type="dxa"/>
            <w:tcMar/>
          </w:tcPr>
          <w:p w:rsidP="4D4D5129" w14:paraId="0B01928F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Tuesday</w:t>
            </w:r>
          </w:p>
        </w:tc>
        <w:tc>
          <w:tcPr>
            <w:tcW w:w="945" w:type="dxa"/>
            <w:tcMar/>
          </w:tcPr>
          <w:p w:rsidP="4D4D5129" w14:paraId="4E1785B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>📝</w:t>
            </w:r>
            <w:r w:rsidRPr="4D4D5129" w:rsidR="4D4D5129">
              <w:rPr>
                <w:sz w:val="18"/>
                <w:szCs w:val="18"/>
              </w:rPr>
              <w:t xml:space="preserve"> Grammar</w:t>
            </w:r>
          </w:p>
        </w:tc>
        <w:tc>
          <w:tcPr>
            <w:tcW w:w="355" w:type="dxa"/>
            <w:tcMar/>
          </w:tcPr>
          <w:p w:rsidP="4D4D5129" w14:paraId="76B7974C" wp14:textId="75783FB5">
            <w:pPr>
              <w:rPr>
                <w:sz w:val="16"/>
                <w:szCs w:val="16"/>
              </w:rPr>
            </w:pPr>
            <w:r w:rsidRPr="4D4D5129" w:rsidR="4D4D5129">
              <w:rPr>
                <w:sz w:val="16"/>
                <w:szCs w:val="16"/>
              </w:rPr>
              <w:t>👋 Regist</w:t>
            </w:r>
            <w:r w:rsidRPr="4D4D5129" w:rsidR="61016164">
              <w:rPr>
                <w:sz w:val="16"/>
                <w:szCs w:val="16"/>
              </w:rPr>
              <w:t>er</w:t>
            </w:r>
          </w:p>
        </w:tc>
        <w:tc>
          <w:tcPr>
            <w:tcW w:w="880" w:type="dxa"/>
            <w:tcMar/>
          </w:tcPr>
          <w:p w:rsidP="4D4D5129" w14:paraId="1211A70B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>📚</w:t>
            </w:r>
            <w:r w:rsidRPr="4D4D5129" w:rsidR="4D4D5129">
              <w:rPr>
                <w:sz w:val="18"/>
                <w:szCs w:val="18"/>
              </w:rPr>
              <w:t xml:space="preserve"> Literacy Leaf</w:t>
            </w:r>
          </w:p>
        </w:tc>
        <w:tc>
          <w:tcPr>
            <w:tcW w:w="1125" w:type="dxa"/>
            <w:tcMar/>
          </w:tcPr>
          <w:p w:rsidP="4D4D5129" w14:paraId="5F6AC65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✍️ </w:t>
            </w:r>
            <w:r w:rsidRPr="4D4D5129" w:rsidR="4D4D5129">
              <w:rPr>
                <w:sz w:val="18"/>
                <w:szCs w:val="18"/>
              </w:rPr>
              <w:t>Writing</w:t>
            </w:r>
          </w:p>
        </w:tc>
        <w:tc>
          <w:tcPr>
            <w:tcW w:w="350" w:type="dxa"/>
            <w:tcMar/>
          </w:tcPr>
          <w:p w:rsidP="4D4D5129" w14:paraId="010B915D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☕ Break</w:t>
            </w:r>
          </w:p>
        </w:tc>
        <w:tc>
          <w:tcPr>
            <w:tcW w:w="1215" w:type="dxa"/>
            <w:tcMar/>
          </w:tcPr>
          <w:p w:rsidP="4D4D5129" w14:paraId="0A59E899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b w:val="1"/>
                <w:bCs w:val="1"/>
                <w:sz w:val="36"/>
                <w:szCs w:val="36"/>
              </w:rPr>
              <w:t xml:space="preserve">🔢 </w:t>
            </w:r>
            <w:r w:rsidRPr="4D4D5129" w:rsidR="4D4D5129">
              <w:rPr>
                <w:sz w:val="18"/>
                <w:szCs w:val="18"/>
              </w:rPr>
              <w:t>Maths</w:t>
            </w:r>
          </w:p>
        </w:tc>
        <w:tc>
          <w:tcPr>
            <w:tcW w:w="355" w:type="dxa"/>
            <w:tcMar/>
          </w:tcPr>
          <w:p w:rsidP="4D4D5129" w14:paraId="544B08AD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🔤 Spellings</w:t>
            </w:r>
          </w:p>
        </w:tc>
        <w:tc>
          <w:tcPr>
            <w:tcW w:w="347" w:type="dxa"/>
            <w:tcMar/>
          </w:tcPr>
          <w:p w:rsidP="4D4D5129" w14:paraId="03886588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🍽️ Lunch</w:t>
            </w:r>
          </w:p>
        </w:tc>
        <w:tc>
          <w:tcPr>
            <w:tcW w:w="1080" w:type="dxa"/>
            <w:tcMar/>
          </w:tcPr>
          <w:p w:rsidP="4D4D5129" w14:paraId="22895224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✝️ </w:t>
            </w:r>
            <w:r w:rsidRPr="4D4D5129" w:rsidR="4D4D5129">
              <w:rPr>
                <w:sz w:val="18"/>
                <w:szCs w:val="18"/>
              </w:rPr>
              <w:t>RE</w:t>
            </w:r>
          </w:p>
        </w:tc>
        <w:tc>
          <w:tcPr>
            <w:tcW w:w="928" w:type="dxa"/>
            <w:tcMar/>
          </w:tcPr>
          <w:p w:rsidP="4D4D5129" w14:paraId="3C6AD8EE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🔬 </w:t>
            </w:r>
            <w:r w:rsidRPr="4D4D5129" w:rsidR="4D4D5129">
              <w:rPr>
                <w:sz w:val="18"/>
                <w:szCs w:val="18"/>
              </w:rPr>
              <w:t>Science</w:t>
            </w:r>
          </w:p>
        </w:tc>
      </w:tr>
      <w:tr xmlns:wp14="http://schemas.microsoft.com/office/word/2010/wordml" w:rsidTr="4D4D5129" w14:paraId="0BD8B0B8" wp14:textId="77777777">
        <w:tc>
          <w:tcPr>
            <w:tcW w:w="1055" w:type="dxa"/>
            <w:tcMar/>
          </w:tcPr>
          <w:p w:rsidP="4D4D5129" w14:paraId="1FB9E9A5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Wednesday</w:t>
            </w:r>
          </w:p>
        </w:tc>
        <w:tc>
          <w:tcPr>
            <w:tcW w:w="945" w:type="dxa"/>
            <w:tcMar/>
          </w:tcPr>
          <w:p w:rsidP="4D4D5129" w14:paraId="7935B03C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📖 </w:t>
            </w:r>
            <w:r w:rsidRPr="4D4D5129" w:rsidR="4D4D5129">
              <w:rPr>
                <w:sz w:val="18"/>
                <w:szCs w:val="18"/>
              </w:rPr>
              <w:t>Reading</w:t>
            </w:r>
          </w:p>
        </w:tc>
        <w:tc>
          <w:tcPr>
            <w:tcW w:w="355" w:type="dxa"/>
            <w:tcMar/>
          </w:tcPr>
          <w:p w:rsidP="4D4D5129" w14:paraId="7FFE227A" wp14:textId="5A312BA7">
            <w:pPr>
              <w:rPr>
                <w:sz w:val="16"/>
                <w:szCs w:val="16"/>
              </w:rPr>
            </w:pPr>
            <w:r w:rsidRPr="4D4D5129" w:rsidR="4D4D5129">
              <w:rPr>
                <w:sz w:val="16"/>
                <w:szCs w:val="16"/>
              </w:rPr>
              <w:t>👋 Regist</w:t>
            </w:r>
            <w:r w:rsidRPr="4D4D5129" w:rsidR="169B99C1">
              <w:rPr>
                <w:sz w:val="16"/>
                <w:szCs w:val="16"/>
              </w:rPr>
              <w:t>er</w:t>
            </w:r>
          </w:p>
        </w:tc>
        <w:tc>
          <w:tcPr>
            <w:tcW w:w="880" w:type="dxa"/>
            <w:tcMar/>
          </w:tcPr>
          <w:p w:rsidP="4D4D5129" w14:paraId="0EC38C0F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📚 </w:t>
            </w:r>
            <w:r w:rsidRPr="4D4D5129" w:rsidR="4D4D5129">
              <w:rPr>
                <w:sz w:val="18"/>
                <w:szCs w:val="18"/>
              </w:rPr>
              <w:t>Literacy Leaf</w:t>
            </w:r>
          </w:p>
        </w:tc>
        <w:tc>
          <w:tcPr>
            <w:tcW w:w="1125" w:type="dxa"/>
            <w:tcMar/>
          </w:tcPr>
          <w:p w:rsidP="4D4D5129" w14:paraId="3C6767FB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✍️ </w:t>
            </w:r>
            <w:r w:rsidRPr="4D4D5129" w:rsidR="4D4D5129">
              <w:rPr>
                <w:sz w:val="18"/>
                <w:szCs w:val="18"/>
              </w:rPr>
              <w:t>Writing</w:t>
            </w:r>
          </w:p>
        </w:tc>
        <w:tc>
          <w:tcPr>
            <w:tcW w:w="350" w:type="dxa"/>
            <w:tcMar/>
          </w:tcPr>
          <w:p w:rsidP="4D4D5129" w14:paraId="443A3C0B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☕ Break</w:t>
            </w:r>
          </w:p>
        </w:tc>
        <w:tc>
          <w:tcPr>
            <w:tcW w:w="1215" w:type="dxa"/>
            <w:tcMar/>
          </w:tcPr>
          <w:p w:rsidP="4D4D5129" w14:paraId="202A4812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🔢 </w:t>
            </w:r>
            <w:r w:rsidRPr="4D4D5129" w:rsidR="4D4D5129">
              <w:rPr>
                <w:sz w:val="18"/>
                <w:szCs w:val="18"/>
              </w:rPr>
              <w:t>Maths</w:t>
            </w:r>
          </w:p>
        </w:tc>
        <w:tc>
          <w:tcPr>
            <w:tcW w:w="355" w:type="dxa"/>
            <w:tcMar/>
          </w:tcPr>
          <w:p w:rsidP="4D4D5129" w14:paraId="21604C28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🇪🇸 Spanish</w:t>
            </w:r>
          </w:p>
        </w:tc>
        <w:tc>
          <w:tcPr>
            <w:tcW w:w="347" w:type="dxa"/>
            <w:tcMar/>
          </w:tcPr>
          <w:p w:rsidP="4D4D5129" w14:paraId="0A0B421B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🍽️ Lunch</w:t>
            </w:r>
          </w:p>
        </w:tc>
        <w:tc>
          <w:tcPr>
            <w:tcW w:w="1080" w:type="dxa"/>
            <w:tcMar/>
          </w:tcPr>
          <w:p w:rsidP="4D4D5129" w14:paraId="487AEC57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🌍 </w:t>
            </w:r>
            <w:r w:rsidRPr="4D4D5129" w:rsidR="4D4D5129">
              <w:rPr>
                <w:sz w:val="18"/>
                <w:szCs w:val="18"/>
              </w:rPr>
              <w:t>Geography</w:t>
            </w:r>
          </w:p>
        </w:tc>
        <w:tc>
          <w:tcPr>
            <w:tcW w:w="928" w:type="dxa"/>
            <w:tcMar/>
          </w:tcPr>
          <w:p w:rsidP="4D4D5129" w14:paraId="648387A1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🎵 </w:t>
            </w:r>
            <w:r w:rsidRPr="4D4D5129" w:rsidR="4D4D5129">
              <w:rPr>
                <w:sz w:val="18"/>
                <w:szCs w:val="18"/>
              </w:rPr>
              <w:t>Hymn Practice</w:t>
            </w:r>
          </w:p>
        </w:tc>
      </w:tr>
      <w:tr xmlns:wp14="http://schemas.microsoft.com/office/word/2010/wordml" w:rsidTr="4D4D5129" w14:paraId="7766D30E" wp14:textId="77777777">
        <w:tc>
          <w:tcPr>
            <w:tcW w:w="1055" w:type="dxa"/>
            <w:tcMar/>
          </w:tcPr>
          <w:p w:rsidP="4D4D5129" w14:paraId="6CAC590F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Thursday</w:t>
            </w:r>
          </w:p>
        </w:tc>
        <w:tc>
          <w:tcPr>
            <w:tcW w:w="945" w:type="dxa"/>
            <w:tcMar/>
          </w:tcPr>
          <w:p w:rsidP="4D4D5129" w14:paraId="176569B8" wp14:textId="5B0F2A98">
            <w:pPr>
              <w:pStyle w:val="Normal"/>
              <w:rPr>
                <w:sz w:val="16"/>
                <w:szCs w:val="16"/>
              </w:rPr>
            </w:pPr>
            <w:r w:rsidRPr="4D4D5129" w:rsidR="30AFD277">
              <w:rPr>
                <w:sz w:val="36"/>
                <w:szCs w:val="36"/>
              </w:rPr>
              <w:t>🔢</w:t>
            </w:r>
            <w:r w:rsidRPr="4D4D5129" w:rsidR="30AFD277">
              <w:rPr>
                <w:sz w:val="18"/>
                <w:szCs w:val="18"/>
              </w:rPr>
              <w:t xml:space="preserve"> </w:t>
            </w:r>
            <w:r w:rsidRPr="4D4D5129" w:rsidR="4D4D5129">
              <w:rPr>
                <w:sz w:val="18"/>
                <w:szCs w:val="18"/>
              </w:rPr>
              <w:t>Maths</w:t>
            </w:r>
            <w:r w:rsidRPr="4D4D5129" w:rsidR="4D4D5129">
              <w:rPr>
                <w:sz w:val="18"/>
                <w:szCs w:val="18"/>
              </w:rPr>
              <w:t xml:space="preserve"> Task</w:t>
            </w:r>
          </w:p>
        </w:tc>
        <w:tc>
          <w:tcPr>
            <w:tcW w:w="355" w:type="dxa"/>
            <w:tcMar/>
          </w:tcPr>
          <w:p w:rsidP="4D4D5129" w14:paraId="43E8E32B" wp14:textId="04479113">
            <w:pPr>
              <w:rPr>
                <w:sz w:val="16"/>
                <w:szCs w:val="16"/>
              </w:rPr>
            </w:pPr>
            <w:r w:rsidRPr="4D4D5129" w:rsidR="4D4D5129">
              <w:rPr>
                <w:sz w:val="16"/>
                <w:szCs w:val="16"/>
              </w:rPr>
              <w:t>👋 Regist</w:t>
            </w:r>
            <w:r w:rsidRPr="4D4D5129" w:rsidR="6A10BA88">
              <w:rPr>
                <w:sz w:val="16"/>
                <w:szCs w:val="16"/>
              </w:rPr>
              <w:t>er</w:t>
            </w:r>
          </w:p>
        </w:tc>
        <w:tc>
          <w:tcPr>
            <w:tcW w:w="880" w:type="dxa"/>
            <w:tcMar/>
          </w:tcPr>
          <w:p w:rsidP="4D4D5129" w14:paraId="3425D8B0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➗ </w:t>
            </w:r>
            <w:r w:rsidRPr="4D4D5129" w:rsidR="4D4D5129">
              <w:rPr>
                <w:sz w:val="18"/>
                <w:szCs w:val="18"/>
              </w:rPr>
              <w:t>Arithmetic</w:t>
            </w:r>
          </w:p>
        </w:tc>
        <w:tc>
          <w:tcPr>
            <w:tcW w:w="1125" w:type="dxa"/>
            <w:tcMar/>
          </w:tcPr>
          <w:p w:rsidP="4D4D5129" w14:paraId="602AE9B3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⛪ </w:t>
            </w:r>
            <w:r w:rsidRPr="4D4D5129" w:rsidR="4D4D5129">
              <w:rPr>
                <w:sz w:val="18"/>
                <w:szCs w:val="18"/>
              </w:rPr>
              <w:t>Mass</w:t>
            </w:r>
          </w:p>
        </w:tc>
        <w:tc>
          <w:tcPr>
            <w:tcW w:w="350" w:type="dxa"/>
            <w:tcMar/>
          </w:tcPr>
          <w:p w:rsidP="4D4D5129" w14:paraId="405CAC8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☕ Break</w:t>
            </w:r>
          </w:p>
        </w:tc>
        <w:tc>
          <w:tcPr>
            <w:tcW w:w="1215" w:type="dxa"/>
            <w:tcMar/>
          </w:tcPr>
          <w:p w:rsidP="4D4D5129" w14:paraId="193EFC08" wp14:textId="6508B209">
            <w:pPr>
              <w:pStyle w:val="Normal"/>
              <w:rPr>
                <w:sz w:val="16"/>
                <w:szCs w:val="16"/>
              </w:rPr>
            </w:pPr>
            <w:r w:rsidRPr="4D4D5129" w:rsidR="46B92F3C">
              <w:rPr>
                <w:sz w:val="36"/>
                <w:szCs w:val="36"/>
              </w:rPr>
              <w:t xml:space="preserve">✍️ </w:t>
            </w:r>
            <w:r w:rsidRPr="4D4D5129" w:rsidR="4D4D5129">
              <w:rPr>
                <w:sz w:val="18"/>
                <w:szCs w:val="18"/>
              </w:rPr>
              <w:t>Writing</w:t>
            </w:r>
          </w:p>
        </w:tc>
        <w:tc>
          <w:tcPr>
            <w:tcW w:w="355" w:type="dxa"/>
            <w:tcMar/>
          </w:tcPr>
          <w:p w:rsidP="4D4D5129" w14:paraId="72C921D7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🙂 PSHE</w:t>
            </w:r>
          </w:p>
        </w:tc>
        <w:tc>
          <w:tcPr>
            <w:tcW w:w="347" w:type="dxa"/>
            <w:tcMar/>
          </w:tcPr>
          <w:p w:rsidP="4D4D5129" w14:paraId="2EB3BDC9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🍽️ Lunch</w:t>
            </w:r>
          </w:p>
        </w:tc>
        <w:tc>
          <w:tcPr>
            <w:tcW w:w="1080" w:type="dxa"/>
            <w:tcMar/>
          </w:tcPr>
          <w:p w:rsidP="4D4D5129" w14:paraId="26FF8E30" wp14:textId="50046CFA">
            <w:pPr>
              <w:pStyle w:val="Normal"/>
              <w:rPr>
                <w:sz w:val="16"/>
                <w:szCs w:val="16"/>
              </w:rPr>
            </w:pPr>
            <w:r w:rsidRPr="4D4D5129" w:rsidR="27B5D712">
              <w:rPr>
                <w:sz w:val="36"/>
                <w:szCs w:val="36"/>
              </w:rPr>
              <w:t xml:space="preserve">✝️ </w:t>
            </w:r>
            <w:r w:rsidRPr="4D4D5129" w:rsidR="4D4D5129">
              <w:rPr>
                <w:sz w:val="18"/>
                <w:szCs w:val="18"/>
              </w:rPr>
              <w:t>RE</w:t>
            </w:r>
          </w:p>
        </w:tc>
        <w:tc>
          <w:tcPr>
            <w:tcW w:w="928" w:type="dxa"/>
            <w:tcMar/>
          </w:tcPr>
          <w:p w:rsidP="4D4D5129" w14:paraId="48926C5A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🧘 </w:t>
            </w:r>
            <w:r w:rsidRPr="4D4D5129" w:rsidR="4D4D5129">
              <w:rPr>
                <w:sz w:val="18"/>
                <w:szCs w:val="18"/>
              </w:rPr>
              <w:t>Yoga</w:t>
            </w:r>
          </w:p>
        </w:tc>
      </w:tr>
      <w:tr xmlns:wp14="http://schemas.microsoft.com/office/word/2010/wordml" w:rsidTr="4D4D5129" w14:paraId="37E2491C" wp14:textId="77777777">
        <w:tc>
          <w:tcPr>
            <w:tcW w:w="1055" w:type="dxa"/>
            <w:tcMar/>
          </w:tcPr>
          <w:p w:rsidP="4D4D5129" w14:paraId="5D26DC16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Friday</w:t>
            </w:r>
          </w:p>
        </w:tc>
        <w:tc>
          <w:tcPr>
            <w:tcW w:w="945" w:type="dxa"/>
            <w:tcMar/>
          </w:tcPr>
          <w:p w:rsidP="4D4D5129" w14:paraId="3CB308FE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⭐ </w:t>
            </w:r>
            <w:r w:rsidRPr="4D4D5129" w:rsidR="4D4D5129">
              <w:rPr>
                <w:sz w:val="18"/>
                <w:szCs w:val="18"/>
              </w:rPr>
              <w:t>Assembly</w:t>
            </w:r>
          </w:p>
        </w:tc>
        <w:tc>
          <w:tcPr>
            <w:tcW w:w="355" w:type="dxa"/>
            <w:tcMar/>
          </w:tcPr>
          <w:p w:rsidP="4D4D5129" w14:paraId="5B463D03" wp14:textId="69850F39">
            <w:pPr>
              <w:rPr>
                <w:sz w:val="16"/>
                <w:szCs w:val="16"/>
              </w:rPr>
            </w:pPr>
            <w:r w:rsidRPr="4D4D5129" w:rsidR="4D4D5129">
              <w:rPr>
                <w:sz w:val="16"/>
                <w:szCs w:val="16"/>
              </w:rPr>
              <w:t>👋 Regist</w:t>
            </w:r>
            <w:r w:rsidRPr="4D4D5129" w:rsidR="03697718">
              <w:rPr>
                <w:sz w:val="16"/>
                <w:szCs w:val="16"/>
              </w:rPr>
              <w:t>er</w:t>
            </w:r>
          </w:p>
        </w:tc>
        <w:tc>
          <w:tcPr>
            <w:tcW w:w="880" w:type="dxa"/>
            <w:tcMar/>
          </w:tcPr>
          <w:p w:rsidP="4D4D5129" w14:paraId="682A8FCC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🎉 </w:t>
            </w:r>
            <w:r w:rsidRPr="4D4D5129" w:rsidR="4D4D5129">
              <w:rPr>
                <w:sz w:val="18"/>
                <w:szCs w:val="18"/>
              </w:rPr>
              <w:t>Celebration Assembly</w:t>
            </w:r>
          </w:p>
        </w:tc>
        <w:tc>
          <w:tcPr>
            <w:tcW w:w="1125" w:type="dxa"/>
            <w:tcMar/>
          </w:tcPr>
          <w:p w:rsidP="4D4D5129" w14:paraId="3B4F4EB3" wp14:textId="3B945C94">
            <w:pPr>
              <w:pStyle w:val="Normal"/>
              <w:rPr>
                <w:sz w:val="16"/>
                <w:szCs w:val="16"/>
              </w:rPr>
            </w:pPr>
            <w:r w:rsidRPr="4D4D5129" w:rsidR="46438544">
              <w:rPr>
                <w:sz w:val="36"/>
                <w:szCs w:val="36"/>
              </w:rPr>
              <w:t xml:space="preserve">✍️ </w:t>
            </w:r>
            <w:r w:rsidRPr="4D4D5129" w:rsidR="4D4D5129">
              <w:rPr>
                <w:sz w:val="18"/>
                <w:szCs w:val="18"/>
              </w:rPr>
              <w:t>Writing + Spelling Test</w:t>
            </w:r>
          </w:p>
        </w:tc>
        <w:tc>
          <w:tcPr>
            <w:tcW w:w="350" w:type="dxa"/>
            <w:tcMar/>
          </w:tcPr>
          <w:p w:rsidP="4D4D5129" w14:paraId="15237481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☕ Break</w:t>
            </w:r>
          </w:p>
        </w:tc>
        <w:tc>
          <w:tcPr>
            <w:tcW w:w="1215" w:type="dxa"/>
            <w:tcMar/>
          </w:tcPr>
          <w:p w:rsidP="4D4D5129" w14:paraId="488D0C8D" wp14:textId="21026CBB">
            <w:pPr>
              <w:pStyle w:val="Normal"/>
              <w:rPr>
                <w:sz w:val="16"/>
                <w:szCs w:val="16"/>
              </w:rPr>
            </w:pPr>
            <w:r w:rsidRPr="4D4D5129" w:rsidR="6834682C">
              <w:rPr>
                <w:sz w:val="36"/>
                <w:szCs w:val="36"/>
              </w:rPr>
              <w:t>🔢</w:t>
            </w:r>
            <w:r w:rsidRPr="4D4D5129" w:rsidR="6834682C">
              <w:rPr>
                <w:sz w:val="18"/>
                <w:szCs w:val="18"/>
              </w:rPr>
              <w:t xml:space="preserve"> </w:t>
            </w:r>
            <w:r w:rsidRPr="4D4D5129" w:rsidR="4D4D5129">
              <w:rPr>
                <w:sz w:val="18"/>
                <w:szCs w:val="18"/>
              </w:rPr>
              <w:t>Maths</w:t>
            </w:r>
          </w:p>
        </w:tc>
        <w:tc>
          <w:tcPr>
            <w:tcW w:w="355" w:type="dxa"/>
            <w:tcMar/>
          </w:tcPr>
          <w:p w:rsidP="4D4D5129" w14:paraId="5386D6BE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🔤 Spellings</w:t>
            </w:r>
          </w:p>
        </w:tc>
        <w:tc>
          <w:tcPr>
            <w:tcW w:w="347" w:type="dxa"/>
            <w:tcMar/>
          </w:tcPr>
          <w:p w:rsidP="4D4D5129" w14:paraId="6434EC05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18"/>
                <w:szCs w:val="18"/>
              </w:rPr>
              <w:t>🍽️ Lunch</w:t>
            </w:r>
          </w:p>
        </w:tc>
        <w:tc>
          <w:tcPr>
            <w:tcW w:w="1080" w:type="dxa"/>
            <w:tcMar/>
          </w:tcPr>
          <w:p w:rsidP="4D4D5129" w14:paraId="7EB03E7E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🎨 </w:t>
            </w:r>
            <w:r w:rsidRPr="4D4D5129" w:rsidR="4D4D5129">
              <w:rPr>
                <w:sz w:val="18"/>
                <w:szCs w:val="18"/>
              </w:rPr>
              <w:t>Art</w:t>
            </w:r>
          </w:p>
        </w:tc>
        <w:tc>
          <w:tcPr>
            <w:tcW w:w="928" w:type="dxa"/>
            <w:tcMar/>
          </w:tcPr>
          <w:p w:rsidP="4D4D5129" w14:paraId="0C0872B1" wp14:textId="77777777">
            <w:pPr>
              <w:rPr>
                <w:sz w:val="16"/>
                <w:szCs w:val="16"/>
              </w:rPr>
            </w:pPr>
            <w:r w:rsidRPr="4D4D5129" w:rsidR="4D4D5129">
              <w:rPr>
                <w:sz w:val="36"/>
                <w:szCs w:val="36"/>
              </w:rPr>
              <w:t xml:space="preserve">🏫 </w:t>
            </w:r>
            <w:r w:rsidRPr="4D4D5129" w:rsidR="4D4D5129">
              <w:rPr>
                <w:sz w:val="18"/>
                <w:szCs w:val="18"/>
              </w:rPr>
              <w:t>School Council</w:t>
            </w:r>
          </w:p>
        </w:tc>
      </w:tr>
    </w:tbl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697718"/>
    <w:rsid w:val="05692D94"/>
    <w:rsid w:val="169B99C1"/>
    <w:rsid w:val="2084135D"/>
    <w:rsid w:val="2084135D"/>
    <w:rsid w:val="2527C951"/>
    <w:rsid w:val="27B5D712"/>
    <w:rsid w:val="2D71E7F3"/>
    <w:rsid w:val="3074D81A"/>
    <w:rsid w:val="309F8F0F"/>
    <w:rsid w:val="30AFD277"/>
    <w:rsid w:val="399E88CF"/>
    <w:rsid w:val="399E88CF"/>
    <w:rsid w:val="46438544"/>
    <w:rsid w:val="46B92F3C"/>
    <w:rsid w:val="476FAD20"/>
    <w:rsid w:val="497AAE93"/>
    <w:rsid w:val="497AAE93"/>
    <w:rsid w:val="4BA81B70"/>
    <w:rsid w:val="4D4D5129"/>
    <w:rsid w:val="51177A57"/>
    <w:rsid w:val="5936BFCE"/>
    <w:rsid w:val="61016164"/>
    <w:rsid w:val="6316623E"/>
    <w:rsid w:val="6834682C"/>
    <w:rsid w:val="6A10BA88"/>
    <w:rsid w:val="6E141AFD"/>
    <w:rsid w:val="6E2FB775"/>
    <w:rsid w:val="77498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4ABB0405-E498-409E-99D7-3E390C1FF9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Kieran Dowling</dc:creator>
  <keywords/>
  <dc:description>generated by python-docx</dc:description>
  <lastModifiedBy>Kieran Dowling</lastModifiedBy>
  <revision>2</revision>
  <dcterms:created xsi:type="dcterms:W3CDTF">2026-09-16T19:12:27.6602830Z</dcterms:created>
  <dcterms:modified xsi:type="dcterms:W3CDTF">2026-09-16T19:38:24.7162029Z</dcterms:modified>
  <category/>
</coreProperties>
</file>